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sz w:val="32"/>
        </w:rPr>
        <w:t>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 w:val="0"/>
          <w:sz w:val="22"/>
        </w:rPr>
        <w:t>Maharashtra Chamber of Commerce, Industry &amp; Agriculture (MACCIA)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color w:val="B41E1E"/>
          <w:sz w:val="24"/>
        </w:rPr>
        <w:t>गाव तिथे उद्योजक</w:t>
      </w:r>
    </w:p>
    <w:p>
      <w:pPr>
        <w:spacing w:after="80" w:before="0" w:line="240" w:lineRule="auto"/>
        <w:jc w:val="right"/>
      </w:pPr>
      <w:r>
        <w:rPr>
          <w:rFonts w:ascii="Nirmala UI" w:hAnsi="Nirmala UI" w:eastAsia="Nirmala UI" w:cs="Nirmala UI"/>
          <w:b w:val="0"/>
          <w:sz w:val="24"/>
        </w:rPr>
        <w:t>दिनांक : ०२ नोव्हेंबर २०२६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प्रति,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श्री. अविनाश अशोक गलांडे,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 परिषद, छत्रपती संभाजीनगर,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छत्रपती संभाजीनगर – ४३१००१.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विषयः महाराष्ट्र चेंबर ऑफ कॉमर्स, इंडस्ट्री अँड अॅग्रिकल्चर (MACCIA) च्या ‘गाव तिथे उद्योजक’ महाभियानासाठी जिल्हा परिषद अध्यक्षांच्या सहकार्याबाबत.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मा. अध्यक्ष महोदय,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महाराष्ट्र चेंबर ऑफ कॉमर्स, इंडस्ट्री अँड अॅग्रिकल्चर (MACCIA) च्या वतीने आपणास सप्रेम नमस्कार.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MACCIA ही राज्यातील १०० वर्षांचा समृद्ध वारसा लाभलेली आणि व्यापार व उद्योग क्षेत्रातील अग्रगण्य शिखर संस्था आहे. राज्याच्या औद्योगिक व आर्थिक विकासात आमची नेहमीच महत्त्वपूर्ण भूमिका राहिली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सध्या MACCIA च्या वतीने ‘गाव तिथे उद्योजक’ हे राज्यव्यापी महाभियान राबविण्यात येत आहे. या अभियानाचा उद्देश ग्रामीण भागातील युवक-युवतींना उद्योजकतेसाठी प्रेरित करून ३६,००० सक्षम उद्योजक तयार करणे व ३ लाख रोजगार निर्मिती करणे हा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 परिषदेचे अध्यक्ष म्हणून ग्रामीण विकासाचे नेतृत्व आपल्याकडे आहे. या अभियानाच्या यशस्वी अंमलबजावणीसाठी मुख्य कार्यकारी अधिकारी व जिल्हा परिषद यंत्रणेला आपले मार्गदर्शन अत्यंत महत्त्वाचे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आपल्याकडून खालील सहकार्य अपेक्षित आहेः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1. जिल्हा परिषद यंत्रणेला मार्गदर्शनः सर्व गट विकास अधिकारी (BDO), ग्रामसेवक व संबंधित विभागांना या अभियानात सहभागी होण्यासाठी मार्गदर्शन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2. उद्योग विचार मंच केंद्रः ग्रामपंचायत स्तरावर ‘उद्योग विचार मंच केंद्र’ स्थापन करण्यासाठी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3. तालुकानिहाय उद्दिष्टः प्रत्येक तालुक्यातून १०० उद्योजक तयार करण्याचे उद्दिष्ट साध्य करण्यासाठी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4. विभागीय समन्वयः कृषी, पशुसंवर्धन, महिला व बालविकास, ग्रामीण विकास, कौशल्य विकास इत्यादी विभागांना या अभियानाशी जोडण्यासाठी पाठपुरावा करावा.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5. जनजागृती व प्रसारः जिल्हा परिषदेमार्फत विविध योजनांद्वारे व कार्यक्रमांतून या अभियानाची माहिती ग्रामीण भागात पोहोचवावी.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6. प्रशिक्षण व कार्यशाळाः पंचायत समिती व गावपातळीवर उद्योजकता विकास प्रशिक्षण कार्यक्रम आयोजित करण्यासाठी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7. शासकीय योजनांचा लाभः विविध शासकीय योजनांद्वारे (PMEGP, PMFME, मुद्रा इ.) लाभार्थ्यांना उद्योजकतेशी जोडण्यासाठी समन्वय साधावा.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8. विशेष बैठकः या अभियानाबाबत जिल्हा परिषद स्तरावर आढावा बैठक आयोजित करण्यास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आपल्या मार्गदर्शन व सहकार्यामुळे हे अभियान छत्रपती संभाजीनगर जिल्ह्यात प्रभावीपणे राबविले जाईल व ग्रामीण अर्थव्यवस्थेला मोठी चालना मिळेल, असा आम्हाला विश्वास आहे. या अभियानाबाबत सविस्तर सादरीकरण करण्यासाठी आमचे प्रतिनिधी आपल्या भेटीसाठी उत्सुक आहेत. कृपया आपल्या सोयीनुसार भेटीची वेळ द्यावी. सहकार्याबद्दल मनःपूर्वक धन्यवाद.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आपला सहकारी,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रविंद्र माणगावे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व प्रणेते, गाव तिथे उद्योजक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– 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color w:val="555555"/>
          <w:sz w:val="20"/>
        </w:rPr>
        <w:t>मसुदा — सही व शिक्का नाही.</w:t>
      </w:r>
    </w:p>
    <w:p>
      <w:r>
        <w:br w:type="page"/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sz w:val="32"/>
        </w:rPr>
        <w:t>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 w:val="0"/>
          <w:sz w:val="22"/>
        </w:rPr>
        <w:t>Maharashtra Chamber of Commerce, Industry &amp; Agriculture (MACCIA)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color w:val="B41E1E"/>
          <w:sz w:val="24"/>
        </w:rPr>
        <w:t>गाव तिथे उद्योजक</w:t>
      </w:r>
    </w:p>
    <w:p>
      <w:pPr>
        <w:spacing w:after="80" w:before="0" w:line="240" w:lineRule="auto"/>
        <w:jc w:val="right"/>
      </w:pPr>
      <w:r>
        <w:rPr>
          <w:rFonts w:ascii="Nirmala UI" w:hAnsi="Nirmala UI" w:eastAsia="Nirmala UI" w:cs="Nirmala UI"/>
          <w:b w:val="0"/>
          <w:sz w:val="24"/>
        </w:rPr>
        <w:t>दिनांक : ०२ नोव्हेंबर २०२६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प्रति,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श्री. जितेंद्र चंदणलाल जैस्वाल,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उपाध्यक्ष,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 परिषद, छत्रपती संभाजीनगर,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छत्रपती संभाजीनगर – ४३१००१.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विषयः महाराष्ट्र चेंबर ऑफ कॉमर्स, इंडस्ट्री अँड अॅग्रिकल्चर (MACCIA) च्या ‘गाव तिथे उद्योजक’ महाभियानासाठी जिल्हा परिषद उपाध्यक्षांच्या सहकार्याबाबत.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मा. उपाध्यक्ष महोदय,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महाराष्ट्र चेंबर ऑफ कॉमर्स, इंडस्ट्री अँड अॅग्रिकल्चर (MACCIA) च्या वतीने आपणास सप्रेम नमस्कार.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MACCIA ही राज्यातील १०० वर्षांचा समृद्ध वारसा लाभलेली आणि व्यापार व उद्योग क्षेत्रातील अग्रगण्य शिखर संस्था आहे. राज्याच्या औद्योगिक व आर्थिक विकासात आमची नेहमीच महत्त्वपूर्ण भूमिका राहिली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सध्या MACCIA च्या वतीने ‘गाव तिथे उद्योजक’ हे राज्यव्यापी महाभियान राबविण्यात येत आहे. या अभियानाचा उद्देश ग्रामीण भागातील युवक-युवतींना उद्योजकतेसाठी प्रेरित करून ३६,००० सक्षम उद्योजक तयार करणे व ३ लाख रोजगार निर्मिती करणे हा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 परिषदेचे उपाध्यक्ष म्हणून अध्यक्षांच्या नेतृत्वाला पूरक भूमिका आपली आहे. मुख्य कार्यकारी अधिकारी व विषय समित्यांपर्यंत हे अभियान पोहोचविण्यासाठी आपले सहकार्य आवश्यक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आपल्याकडून खालील सहकार्य अपेक्षित आहेः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1. अध्यक्ष व मुख्य कार्यकारी अधिकारी यांच्या समन्वयाने सर्व गट विकास अधिकारी, ग्रामसेवक व संबंधित विभागांना या अभियानात सहभागी करून घेण्यासाठी मार्गदर्शन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2. उद्योग विचार मंच केंद्रः ग्रामपंचायत स्तरावर ‘उद्योग विचार मंच केंद्र’ स्थापन करण्यासाठी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3. तालुकानिहाय उद्दिष्टः प्रत्येक तालुक्यातून १०० उद्योजक तयार करण्याच्या उद्दिष्टासाठी पंचायत समित्यांशी समन्वय साधावा.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4. विभागीय समन्वयः कृषी, पशुसंवर्धन, महिला व बालविकास, ग्रामीण विकास व कौशल्य विकास या विभागांना अभियानाशी जोडण्यासाठी पाठपुरावा करावा.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5. जनजागृती व प्रसारः जिल्हा परिषदेच्या योजना व कार्यक्रमांतून अभियानाची माहिती ग्रामीण भागात पोहोचवावी.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6. प्रशिक्षण व कार्यशाळाः पंचायत समिती व गावपातळीवर प्रशिक्षण आयोजित करण्यासाठी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7. शासकीय योजनांचा लाभः PMEGP, PMFME, मुद्रा इत्यादी योजनांशी इच्छुक युवकांना जोडण्यासाठी समन्वय साधावा.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8. विशेष बैठकः या अभियानाचा आढावा घेण्यासाठी जिल्हा परिषद स्तरावर बैठक आयोजित करण्यास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आपल्या मार्गदर्शन व सहकार्यामुळे हे अभियान छत्रपती संभाजीनगर जिल्ह्यात प्रभावीपणे राबविले जाईल व ग्रामीण अर्थव्यवस्थेला मोठी चालना मिळेल, असा आम्हाला विश्वास आहे. या अभियानाबाबत सविस्तर सादरीकरण करण्यासाठी आमचे प्रतिनिधी आपल्या भेटीसाठी उत्सुक आहेत. कृपया आपल्या सोयीनुसार भेटीची वेळ द्यावी. सहकार्याबद्दल मनःपूर्वक धन्यवाद.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आपला सहकारी,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रविंद्र माणगावे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व प्रणेते, गाव तिथे उद्योजक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– 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color w:val="555555"/>
          <w:sz w:val="20"/>
        </w:rPr>
        <w:t>मसुदा — सही व शिक्का नाही.</w:t>
      </w:r>
    </w:p>
    <w:p>
      <w:r>
        <w:br w:type="page"/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sz w:val="32"/>
        </w:rPr>
        <w:t>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 w:val="0"/>
          <w:sz w:val="22"/>
        </w:rPr>
        <w:t>Maharashtra Chamber of Commerce, Industry &amp; Agriculture (MACCIA)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color w:val="B41E1E"/>
          <w:sz w:val="24"/>
        </w:rPr>
        <w:t>गाव तिथे उद्योजक</w:t>
      </w:r>
    </w:p>
    <w:p>
      <w:pPr>
        <w:spacing w:after="80" w:before="0" w:line="240" w:lineRule="auto"/>
        <w:jc w:val="right"/>
      </w:pPr>
      <w:r>
        <w:rPr>
          <w:rFonts w:ascii="Nirmala UI" w:hAnsi="Nirmala UI" w:eastAsia="Nirmala UI" w:cs="Nirmala UI"/>
          <w:b w:val="0"/>
          <w:sz w:val="24"/>
        </w:rPr>
        <w:t>दिनांक : ०२ नोव्हेंबर २०२६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प्रति,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सौ. अनिता ज्ञानेश्वर मोठे,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सभापती,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 परिषद, छत्रपती संभाजीनगर,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छत्रपती संभाजीनगर – ४३१००१.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विषयः महाराष्ट्र चेंबर ऑफ कॉमर्स, इंडस्ट्री अँड अॅग्रिकल्चर (MACCIA) च्या ‘गाव तिथे उद्योजक’ महाभियानासाठी जिल्हा परिषद सभापतींच्या सहकार्याबाबत.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मा. सभापती महोदया,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महाराष्ट्र चेंबर ऑफ कॉमर्स, इंडस्ट्री अँड अॅग्रिकल्चर (MACCIA) च्या वतीने आपणास सप्रेम नमस्कार.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MACCIA ही राज्यातील १०० वर्षांचा समृद्ध वारसा लाभलेली आणि व्यापार व उद्योग क्षेत्रातील अग्रगण्य शिखर संस्था आहे. राज्याच्या औद्योगिक व आर्थिक विकासात आमची नेहमीच महत्त्वपूर्ण भूमिका राहिली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सध्या MACCIA च्या वतीने ‘गाव तिथे उद्योजक’ हे राज्यव्यापी महाभियान राबविण्यात येत आहे. या अभियानाचा उद्देश ग्रामीण भागातील युवक-युवतींना उद्योजकतेसाठी प्रेरित करून ३६,००० सक्षम उद्योजक तयार करणे व ३ लाख रोजगार निर्मिती करणे हा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 परिषदेच्या विषय समितीच्या सभापती म्हणून आपल्या समितीकडील विभाग व गावपातळी यांच्यातील दुवा आपण आहात. या अभियानाला समितीच्या कामाशी जोडण्यासाठी आपले सहकार्य आवश्यक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आपल्याकडून खालील सहकार्य अपेक्षित आहेः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1. जनजागृतीः आपल्या समितीच्या योजना व कार्यक्रमांतून ‘गाव तिथे उद्योजक’ अभियानाची माहिती युवक-युवतींपर्यंत पोहोचवावी.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2. इच्छुक तरुणः स्थानिक पातळीवर उद्योजक होऊ इच्छिणाऱ्या युवक-युवतींची, विशेषतः महिलांची, ओळख करून देण्यासाठी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3. उद्योग विचार मंच केंद्रः ग्रामपंचायत स्तरावर हे केंद्र स्थापन करण्यासाठी समितीमार्फत पाठपुरावा करावा.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4. तालुकानिहाय उद्दिष्टः प्रत्येक तालुक्यातून १०० उद्योजक तयार करण्याच्या उद्दिष्टासाठी आपल्या कार्यक्षेत्रात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5. प्रशिक्षणः पंचायत समिती व गावपातळीवर उद्योजकता प्रशिक्षण आयोजित करण्यासाठी जागा व स्थानिक समन्वय उपलब्ध करून द्यावा.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6. शासकीय योजनाः PMEGP, PMFME, मुद्रा इत्यादी योजनांचा लाभ घेऊ इच्छिणाऱ्यांना संबंधित विभागाशी जोडण्यात मदत करावी.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7. विशेष बैठकः या अभियानावर चर्चा करण्यासाठी समितीच्या बैठकीत विषय घेण्यास व जिल्हा परिषद स्तरावरील आढावा बैठकीस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आपल्या मार्गदर्शन व सहकार्यामुळे हे अभियान छत्रपती संभाजीनगर जिल्ह्यात प्रभावीपणे राबविले जाईल व ग्रामीण अर्थव्यवस्थेला मोठी चालना मिळेल, असा आम्हाला विश्वास आहे. या अभियानाबाबत सविस्तर सादरीकरण करण्यासाठी आमचे प्रतिनिधी आपल्या भेटीसाठी उत्सुक आहेत. कृपया आपल्या सोयीनुसार भेटीची वेळ द्यावी. सहकार्याबद्दल मनःपूर्वक धन्यवाद.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आपला सहकारी,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रविंद्र माणगावे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व प्रणेते, गाव तिथे उद्योजक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– 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color w:val="555555"/>
          <w:sz w:val="20"/>
        </w:rPr>
        <w:t>मसुदा — सही व शिक्का नाही.</w:t>
      </w:r>
    </w:p>
    <w:p>
      <w:r>
        <w:br w:type="page"/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sz w:val="32"/>
        </w:rPr>
        <w:t>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 w:val="0"/>
          <w:sz w:val="22"/>
        </w:rPr>
        <w:t>Maharashtra Chamber of Commerce, Industry &amp; Agriculture (MACCIA)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color w:val="B41E1E"/>
          <w:sz w:val="24"/>
        </w:rPr>
        <w:t>गाव तिथे उद्योजक</w:t>
      </w:r>
    </w:p>
    <w:p>
      <w:pPr>
        <w:spacing w:after="80" w:before="0" w:line="240" w:lineRule="auto"/>
        <w:jc w:val="right"/>
      </w:pPr>
      <w:r>
        <w:rPr>
          <w:rFonts w:ascii="Nirmala UI" w:hAnsi="Nirmala UI" w:eastAsia="Nirmala UI" w:cs="Nirmala UI"/>
          <w:b w:val="0"/>
          <w:sz w:val="24"/>
        </w:rPr>
        <w:t>दिनांक : ०२ नोव्हेंबर २०२६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प्रति,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श्री. विनय गौडा जी. सी. (भा.प्र.से.),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जिल्हाधिकारी व जिल्हा दंडाधिकारी,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जिल्हाधिकारी कार्यालय,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छत्रपती संभाजीनगर – ४३१००१.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विषयः महाराष्ट्र चेंबर ऑफ कॉमर्स, इंडस्ट्री अँड अॅग्रिकल्चर (MACCIA) च्या ‘गाव तिथे उद्योजक’ महाभियानासाठी जिल्हा प्रशासन स्तरावरील सहकार्याबाबत.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मा. जिल्हाधिकारी महोदय,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महाराष्ट्र चेंबर ऑफ कॉमर्स, इंडस्ट्री अँड अॅग्रिकल्चर (MACCIA) च्या वतीने आपणास सप्रेम नमस्कार.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MACCIA ही राज्यातील १०० वर्षांचा समृद्ध वारसा लाभलेली आणि व्यापार व उद्योग क्षेत्रातील अग्रगण्य शिखर संस्था आहे. राज्याच्या औद्योगिक व आर्थिक विकासात आमची नेहमीच महत्त्वपूर्ण भूमिका राहिली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सध्या MACCIA च्या वतीने ‘गाव तिथे उद्योजक’ हे राज्यव्यापी महाभियान राबविण्यात येत आहे. या अभियानाचा उद्देश ग्रामीण भागातील युवक-युवतींना उद्योजकतेसाठी प्रेरित करून ३६,००० सक्षम उद्योजक तयार करणे व ३ लाख रोजगार निर्मिती करणे हा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जिल्हाधिकारी म्हणून जिल्ह्यातील विभाग, जिल्हा उद्योग केंद्र, बँका व जिल्हा परिषद यांच्या समन्वयाची जबाबदारी आपल्याकडे आहे. ग्रामीण अंमलबजावणी जिल्हा परिषदेमार्फत होईल. जिल्हास्तरावर ती जोडण्यासाठी आपले नेतृत्व आवश्यक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आपल्याकडून खालील सहकार्य अपेक्षित आहेः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1. जिल्हास्तरीय समन्वयः मुख्य कार्यकारी अधिकारी, जिल्हा उद्योग केंद्र, बँका व संबंधित विभागांना या अभियानाशी जोडण्यासाठी मार्गदर्शन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2. जनजागृती व प्रसारः जिल्हा प्रशासनामार्फत योजना व कार्यक्रमांतून या अभियानाची माहिती ग्रामीण भागात पोहोचवावी.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3. तालुकानिहाय उद्दिष्टः प्रत्येक तालुक्यातून १०० उद्योजक तयार करण्याच्या उद्दिष्टासाठी तहसील व पंचायत समिती स्तरावर पाठपुरावा करावा.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4. शासकीय योजनांचा लाभः PMEGP, PMFME, मुद्रा इत्यादी योजनांशी इच्छुक युवकांना जोडण्यासाठी जिल्हा उद्योग केंद्र व बँकांशी समन्वय साधावा.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5. प्रशिक्षण व कार्यशाळाः तालुका व गावपातळीवर उद्योजकता प्रशिक्षण आयोजित करण्यासाठी जिल्हा उद्योग केंद्र व कौशल्य विभागाचे सहकार्य उपलब्ध करून द्यावे.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6. उद्योग विचार मंच केंद्रः ग्रामपंचायत स्तरावर हे केंद्र उभारण्यासाठी जिल्हा परिषदेला प्रशासकीय पाठबळ द्यावे.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7. विशेष बैठकः या अभियानाचा जिल्हास्तरीय आढावा घेण्यासाठी बैठक आयोजित करण्यास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आपल्या मार्गदर्शन व सहकार्यामुळे हे अभियान छत्रपती संभाजीनगर जिल्ह्यात प्रभावीपणे राबविले जाईल व ग्रामीण अर्थव्यवस्थेला मोठी चालना मिळेल, असा आम्हाला विश्वास आहे. या अभियानाबाबत सविस्तर सादरीकरण करण्यासाठी आमचे प्रतिनिधी आपल्या भेटीसाठी उत्सुक आहेत. कृपया आपल्या सोयीनुसार भेटीची वेळ द्यावी. सहकार्याबद्दल मनःपूर्वक धन्यवाद.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आपला सहकारी,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रविंद्र माणगावे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व प्रणेते, गाव तिथे उद्योजक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– 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color w:val="555555"/>
          <w:sz w:val="20"/>
        </w:rPr>
        <w:t>मसुदा — सही व शिक्का नाही.</w:t>
      </w:r>
    </w:p>
    <w:p>
      <w:r>
        <w:br w:type="page"/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sz w:val="32"/>
        </w:rPr>
        <w:t>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 w:val="0"/>
          <w:sz w:val="22"/>
        </w:rPr>
        <w:t>Maharashtra Chamber of Commerce, Industry &amp; Agriculture (MACCIA)</w:t>
      </w:r>
    </w:p>
    <w:p>
      <w:pPr>
        <w:spacing w:after="80" w:before="0" w:line="240" w:lineRule="auto"/>
        <w:jc w:val="center"/>
      </w:pPr>
      <w:r>
        <w:rPr>
          <w:rFonts w:ascii="Nirmala UI" w:hAnsi="Nirmala UI" w:eastAsia="Nirmala UI" w:cs="Nirmala UI"/>
          <w:b/>
          <w:color w:val="B41E1E"/>
          <w:sz w:val="24"/>
        </w:rPr>
        <w:t>गाव तिथे उद्योजक</w:t>
      </w:r>
    </w:p>
    <w:p>
      <w:pPr>
        <w:spacing w:after="80" w:before="0" w:line="240" w:lineRule="auto"/>
        <w:jc w:val="right"/>
      </w:pPr>
      <w:r>
        <w:rPr>
          <w:rFonts w:ascii="Nirmala UI" w:hAnsi="Nirmala UI" w:eastAsia="Nirmala UI" w:cs="Nirmala UI"/>
          <w:b w:val="0"/>
          <w:sz w:val="24"/>
        </w:rPr>
        <w:t>दिनांक : ०२ नोव्हेंबर २०२६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प्रति,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श्री. संजय कांकरिया,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औरंगाबाद जिल्हा व्यापारी महासंघ,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छत्रपती संभाजीनगर.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विषयः महाराष्ट्र चेंबर ऑफ कॉमर्स, इंडस्ट्री अँड अॅग्रिकल्चर (MACCIA) च्या ‘गाव तिथे उद्योजक’ महाभियानासाठी औरंगाबाद जिल्हा व्यापारी महासंघाच्या सहकार्याबाबत.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मा. अध्यक्ष महोदय,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महाराष्ट्र चेंबर ऑफ कॉमर्स, इंडस्ट्री अँड अॅग्रिकल्चर (MACCIA) च्या वतीने आपणास सप्रेम नमस्कार.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MACCIA ही राज्यातील १०० वर्षांचा समृद्ध वारसा लाभलेली आणि व्यापार व उद्योग क्षेत्रातील अग्रगण्य शिखर संस्था आहे. राज्याच्या औद्योगिक व आर्थिक विकासात आमची नेहमीच महत्त्वपूर्ण भूमिका राहिली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सध्या MACCIA च्या वतीने ‘गाव तिथे उद्योजक’ हे राज्यव्यापी महाभियान राबविण्यात येत आहे. या अभियानाचा उद्देश ग्रामीण भागातील युवक-युवतींना उद्योजकतेसाठी प्रेरित करून ३६,००० सक्षम उद्योजक तयार करणे व ३ लाख रोजगार निर्मिती करणे हा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औरंगाबाद जिल्हा व्यापारी महासंघाच्या अध्यक्षांच्या माध्यमातून अनुभवी व्यापारी ग्रामीण युवकांना बाजार, खरेदी व व्यवसायाच्या पहिल्या अडचणींवर मार्गदर्शन करू शकतात. ही शासकीय अंमलबजावणी नाही. महासंघाच्या सहकार्याची विनंती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आपल्याकडून खालील सहकार्य अपेक्षित आहेः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1. सदस्यांमध्ये प्रसारः ‘गाव तिथे उद्योजक’ अभियानाची माहिती महासंघाच्या सदस्यांपर्यंत पोहोचवावी.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2. मार्गदर्शक व्यापारीः उद्योजक होऊ इच्छिणाऱ्या युवक-युवतींना अनुभवी व्यापाऱ्यांशी जोडण्यासाठी सहकार्य करावे.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3. बाजारपेठः स्थानिक उत्पादनांना विक्री, खरेदी व पुरवठा साखळी समजून घेण्यासाठी सदस्यांचे मार्गदर्शन उपलब्ध करून द्यावे.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4. कार्यशाळाः तालुका किंवा गावपातळीवरील प्रशिक्षण सत्रात व्यापाऱ्यांनी सहभागी व्हावे, यासाठी महासंघातर्फे समन्वय साधावा.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5. तालुकानिहाय उद्दिष्टः प्रत्येक तालुक्यातून १०० उद्योजक तयार करण्याच्या कामात बाजारपेठेच्या बाजूने महासंघाचे सहकार्य हवे आहे.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6. बैठकः या अभियानावर चर्चा करण्यासाठी महासंघाच्या बैठकीत विषय घ्यावा व आमच्या प्रतिनिधींना सादरीकरणाची संधी द्यावी.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आपल्या मार्गदर्शन व सहकार्यामुळे हे अभियान छत्रपती संभाजीनगर जिल्ह्यात प्रभावीपणे राबविले जाईल व ग्रामीण अर्थव्यवस्थेला मोठी चालना मिळेल, असा आम्हाला विश्वास आहे. या अभियानाबाबत सविस्तर सादरीकरण करण्यासाठी आमचे प्रतिनिधी आपल्या भेटीसाठी उत्सुक आहेत. कृपया आपल्या सोयीनुसार भेटीची वेळ द्यावी. सहकार्याबद्दल मनःपूर्वक धन्यवाद.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आपला सहकारी,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/>
          <w:sz w:val="24"/>
        </w:rPr>
        <w:t>रविंद्र माणगावे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व प्रणेते, गाव तिथे उद्योजक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sz w:val="24"/>
        </w:rPr>
        <w:t>अध्यक्ष – महाराष्ट्र चेंबर ऑफ कॉमर्स, इंडस्ट्री अँड अॅग्रिकल्चर</w:t>
      </w:r>
    </w:p>
    <w:p>
      <w:pPr>
        <w:spacing w:after="80" w:before="0" w:line="240" w:lineRule="auto"/>
      </w:pPr>
      <w:r>
        <w:rPr>
          <w:rFonts w:ascii="Nirmala UI" w:hAnsi="Nirmala UI" w:eastAsia="Nirmala UI" w:cs="Nirmala UI"/>
          <w:b w:val="0"/>
          <w:color w:val="555555"/>
          <w:sz w:val="20"/>
        </w:rPr>
        <w:t>मसुदा — सही व शिक्का नाही.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mala UI" w:hAnsi="Nirmala UI" w:eastAsia="Nirmala UI" w:cs="Nirmala U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